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5789C6" w14:textId="39901DB0" w:rsidR="00B424A6" w:rsidRDefault="00306EE6">
      <w:pPr>
        <w:jc w:val="center"/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5BB407B1" wp14:editId="2497F316">
            <wp:simplePos x="0" y="0"/>
            <wp:positionH relativeFrom="page">
              <wp:posOffset>612140</wp:posOffset>
            </wp:positionH>
            <wp:positionV relativeFrom="page">
              <wp:posOffset>574040</wp:posOffset>
            </wp:positionV>
            <wp:extent cx="1369752" cy="464819"/>
            <wp:effectExtent l="0" t="0" r="0" b="0"/>
            <wp:wrapNone/>
            <wp:docPr id="177294049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752" cy="464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8A7F56" w14:textId="77777777" w:rsidR="00306EE6" w:rsidRDefault="00306EE6">
      <w:pPr>
        <w:jc w:val="center"/>
        <w:rPr>
          <w:b/>
          <w:sz w:val="26"/>
        </w:rPr>
      </w:pPr>
    </w:p>
    <w:p w14:paraId="3D83AD2D" w14:textId="77777777" w:rsidR="00306EE6" w:rsidRDefault="00306EE6">
      <w:pPr>
        <w:jc w:val="center"/>
        <w:rPr>
          <w:b/>
          <w:sz w:val="26"/>
        </w:rPr>
      </w:pPr>
    </w:p>
    <w:p w14:paraId="354D4779" w14:textId="1643AE55" w:rsidR="00B424A6" w:rsidRDefault="00000000">
      <w:pPr>
        <w:jc w:val="center"/>
      </w:pPr>
      <w:r>
        <w:rPr>
          <w:b/>
          <w:sz w:val="26"/>
        </w:rPr>
        <w:t>ALLEGATO 1 - MODULO A</w:t>
      </w:r>
      <w:r>
        <w:rPr>
          <w:b/>
          <w:sz w:val="26"/>
        </w:rPr>
        <w:br/>
        <w:t>DOMANDA DI PARTECIPAZIONE</w:t>
      </w:r>
    </w:p>
    <w:p w14:paraId="70BBBEED" w14:textId="77777777" w:rsidR="00B424A6" w:rsidRDefault="00000000">
      <w:pPr>
        <w:jc w:val="center"/>
      </w:pPr>
      <w:r>
        <w:rPr>
          <w:b/>
        </w:rPr>
        <w:t>Selezione pubblica per titoli e colloquio per la formazione di una graduatoria finalizzata al conferimento dell’incarico di Direzione artistico-didattica della Scuola Civica di Musica di Olbia</w:t>
      </w:r>
    </w:p>
    <w:p w14:paraId="6D987F5C" w14:textId="77777777" w:rsidR="00B424A6" w:rsidRDefault="00000000">
      <w:pPr>
        <w:jc w:val="right"/>
      </w:pPr>
      <w:r>
        <w:t>Spett.le Doc Educational Soc. Coop.</w:t>
      </w:r>
      <w:r>
        <w:br/>
        <w:t>Ente gestore della Scuola Civica di Musica di Olbia</w:t>
      </w:r>
      <w:r>
        <w:br/>
        <w:t>Via L. Pirandello 31 B - 37138 Verona</w:t>
      </w:r>
      <w:r>
        <w:br/>
        <w:t>bandi@pec.doceducational.eu</w:t>
      </w:r>
    </w:p>
    <w:p w14:paraId="0E5AD09B" w14:textId="77777777" w:rsidR="00B424A6" w:rsidRDefault="00000000">
      <w:r>
        <w:t>Il/La sottoscritto/a ________________________________________________________________</w:t>
      </w:r>
    </w:p>
    <w:p w14:paraId="4D01783D" w14:textId="77777777" w:rsidR="00B424A6" w:rsidRDefault="00000000">
      <w:r>
        <w:t>nato/a a __________________________________________ (Prov. _____) il __________________</w:t>
      </w:r>
    </w:p>
    <w:p w14:paraId="4C6EA343" w14:textId="5919D40D" w:rsidR="00B424A6" w:rsidRDefault="00000000">
      <w:proofErr w:type="spellStart"/>
      <w:r>
        <w:t>residente</w:t>
      </w:r>
      <w:proofErr w:type="spellEnd"/>
      <w:r>
        <w:t xml:space="preserve"> a ________________________________ (Prov. _____) in Via/Piazza ______________________ n. _____</w:t>
      </w:r>
    </w:p>
    <w:p w14:paraId="4B7A18C8" w14:textId="60B8BD54" w:rsidR="00B424A6" w:rsidRDefault="00000000">
      <w:r>
        <w:t>Codice fiscale _________________________________________</w:t>
      </w:r>
      <w:proofErr w:type="gramStart"/>
      <w:r>
        <w:t xml:space="preserve">_  </w:t>
      </w:r>
      <w:proofErr w:type="spellStart"/>
      <w:r>
        <w:t>Recapito</w:t>
      </w:r>
      <w:proofErr w:type="spellEnd"/>
      <w:proofErr w:type="gramEnd"/>
      <w:r>
        <w:t xml:space="preserve"> </w:t>
      </w:r>
      <w:proofErr w:type="spellStart"/>
      <w:r>
        <w:t>telefonico</w:t>
      </w:r>
      <w:proofErr w:type="spellEnd"/>
      <w:r>
        <w:t xml:space="preserve"> ___________________________</w:t>
      </w:r>
    </w:p>
    <w:p w14:paraId="26158986" w14:textId="35A6B7F0" w:rsidR="00B424A6" w:rsidRDefault="00000000">
      <w:r>
        <w:t>E-mail ________________________________________________</w:t>
      </w:r>
      <w:proofErr w:type="gramStart"/>
      <w:r>
        <w:t>_  PEC</w:t>
      </w:r>
      <w:proofErr w:type="gramEnd"/>
      <w:r>
        <w:t>______________________________________</w:t>
      </w:r>
    </w:p>
    <w:p w14:paraId="23499D7E" w14:textId="77777777" w:rsidR="00B424A6" w:rsidRDefault="00000000">
      <w:pPr>
        <w:jc w:val="center"/>
      </w:pPr>
      <w:r>
        <w:rPr>
          <w:b/>
        </w:rPr>
        <w:t>CHIEDE</w:t>
      </w:r>
    </w:p>
    <w:p w14:paraId="5A2BAD02" w14:textId="77777777" w:rsidR="00B424A6" w:rsidRDefault="00000000">
      <w:r>
        <w:t>di essere ammesso/a alla selezione pubblica per titoli e colloquio finalizzata alla formazione di una graduatoria per il conferimento dell’incarico di Direzione artistico-didattica della Scuola Civica di Musica di Olbia e dichiara di aver preso piena visione e di accettare integralmente le condizioni del bando.</w:t>
      </w:r>
    </w:p>
    <w:p w14:paraId="58991572" w14:textId="77777777" w:rsidR="00B424A6" w:rsidRDefault="00000000">
      <w:r>
        <w:rPr>
          <w:b/>
        </w:rPr>
        <w:t>A tal fine DICHIARA, sotto la propria responsabilità, ai sensi degli artt. 46 e 47 del D.P.R. n. 445/2000:</w:t>
      </w:r>
    </w:p>
    <w:p w14:paraId="03D88997" w14:textId="77777777" w:rsidR="00B424A6" w:rsidRDefault="00000000">
      <w:pPr>
        <w:pStyle w:val="Titolo1"/>
        <w:spacing w:before="140" w:after="60"/>
      </w:pPr>
      <w:r>
        <w:t>A) DATI ANAGRAFICI E DI CONTATTO</w:t>
      </w:r>
    </w:p>
    <w:p w14:paraId="25230ACC" w14:textId="77777777" w:rsidR="00B424A6" w:rsidRDefault="00000000">
      <w:pPr>
        <w:spacing w:after="40"/>
        <w:ind w:left="113"/>
      </w:pPr>
      <w:r>
        <w:t>☐ che i recapiti sopra indicati sono validi per le comunicazioni relative alla presente procedura.</w:t>
      </w:r>
    </w:p>
    <w:p w14:paraId="4C61FCA4" w14:textId="77777777" w:rsidR="00B424A6" w:rsidRDefault="00000000">
      <w:pPr>
        <w:pStyle w:val="Titolo1"/>
        <w:spacing w:before="140" w:after="60"/>
      </w:pPr>
      <w:r>
        <w:t>B) REQUISITI GENERALI - ART. 2 DEL BANDO</w:t>
      </w:r>
    </w:p>
    <w:p w14:paraId="6625F2D2" w14:textId="77777777" w:rsidR="00B424A6" w:rsidRDefault="00000000">
      <w:pPr>
        <w:spacing w:after="40"/>
        <w:ind w:left="113"/>
      </w:pPr>
      <w:r>
        <w:t>☐ età non inferiore ad anni 18;</w:t>
      </w:r>
    </w:p>
    <w:p w14:paraId="58E15AEC" w14:textId="77777777" w:rsidR="00B424A6" w:rsidRDefault="00000000">
      <w:pPr>
        <w:spacing w:after="40"/>
        <w:ind w:left="113"/>
      </w:pPr>
      <w:r>
        <w:t>☐ non aver riportato condanne penali che impediscano, ai sensi delle vigenti disposizioni, la costituzione del rapporto di impiego con una Pubblica Amministrazione;</w:t>
      </w:r>
    </w:p>
    <w:p w14:paraId="5869FA82" w14:textId="77777777" w:rsidR="00B424A6" w:rsidRDefault="00000000">
      <w:pPr>
        <w:spacing w:after="40"/>
        <w:ind w:left="113"/>
      </w:pPr>
      <w:r>
        <w:t>☐ idoneità fisica all’impiego;</w:t>
      </w:r>
    </w:p>
    <w:p w14:paraId="74BC20D8" w14:textId="77777777" w:rsidR="00B424A6" w:rsidRDefault="00000000">
      <w:pPr>
        <w:spacing w:after="40"/>
        <w:ind w:left="113"/>
      </w:pPr>
      <w:r>
        <w:t>☐ godimento dei diritti civili;</w:t>
      </w:r>
    </w:p>
    <w:p w14:paraId="7044F394" w14:textId="77777777" w:rsidR="00B424A6" w:rsidRDefault="00000000">
      <w:pPr>
        <w:spacing w:after="40"/>
        <w:ind w:left="113"/>
      </w:pPr>
      <w:r>
        <w:t>☐ cittadinanza italiana, ovvero di altro Paese dell’Unione Europea; in quest’ultimo caso, godimento dei diritti civili e politici anche nello Stato di appartenenza o provenienza e adeguata conoscenza della lingua italiana;</w:t>
      </w:r>
    </w:p>
    <w:p w14:paraId="20417160" w14:textId="77777777" w:rsidR="00B424A6" w:rsidRDefault="00000000">
      <w:pPr>
        <w:spacing w:after="40"/>
        <w:ind w:left="113"/>
      </w:pPr>
      <w:r>
        <w:t>☐ non essere stato/a interdetto/a o sottoposto/a a misure che escludano, secondo le leggi vigenti, dalla nomina agli impieghi pubblici;</w:t>
      </w:r>
    </w:p>
    <w:p w14:paraId="09A7260D" w14:textId="77777777" w:rsidR="00B424A6" w:rsidRDefault="00000000">
      <w:pPr>
        <w:spacing w:after="40"/>
        <w:ind w:left="113"/>
      </w:pPr>
      <w:r>
        <w:t>☐ non essere escluso/a dall’elettorato politico attivo e non essere stato/a destituito/a o dispensato/a dall’impiego o dichiarato/a decaduto/a dall’impiego;</w:t>
      </w:r>
    </w:p>
    <w:p w14:paraId="6C6B80B6" w14:textId="77777777" w:rsidR="00B424A6" w:rsidRDefault="00000000">
      <w:pPr>
        <w:spacing w:after="40"/>
        <w:ind w:left="113"/>
      </w:pPr>
      <w:r>
        <w:t xml:space="preserve">☐ non essere soggetto già lavoratore privato o pubblico collocato in quiescenza, ai sensi dell’art. 5, comma 9, D.L. n. 95/2012 e successive </w:t>
      </w:r>
      <w:proofErr w:type="spellStart"/>
      <w:r>
        <w:t>modificazioni</w:t>
      </w:r>
      <w:proofErr w:type="spellEnd"/>
      <w:r>
        <w:t xml:space="preserve"> </w:t>
      </w:r>
      <w:proofErr w:type="spellStart"/>
      <w:r>
        <w:t>richiamate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bando.</w:t>
      </w:r>
    </w:p>
    <w:p w14:paraId="79DBCE2F" w14:textId="77777777" w:rsidR="00306EE6" w:rsidRDefault="00306EE6">
      <w:pPr>
        <w:spacing w:after="40"/>
        <w:ind w:left="113"/>
      </w:pPr>
    </w:p>
    <w:p w14:paraId="11A95299" w14:textId="77777777" w:rsidR="00306EE6" w:rsidRDefault="00306EE6">
      <w:pPr>
        <w:spacing w:after="40"/>
        <w:ind w:left="113"/>
      </w:pPr>
    </w:p>
    <w:p w14:paraId="7335A499" w14:textId="77777777" w:rsidR="00B424A6" w:rsidRDefault="00000000">
      <w:pPr>
        <w:pStyle w:val="Titolo1"/>
        <w:spacing w:before="140" w:after="60"/>
      </w:pPr>
      <w:r>
        <w:t>C) REQUISITO SPECIFICO DI AMMISSIONE - TITOLO DI STUDIO - ART. 5 DEL BANDO</w:t>
      </w:r>
    </w:p>
    <w:p w14:paraId="6BF883BB" w14:textId="77777777" w:rsidR="00B424A6" w:rsidRDefault="00000000">
      <w:r>
        <w:t>Dichiara di possedere, alternativamente, uno dei seguenti titoli:</w:t>
      </w:r>
    </w:p>
    <w:p w14:paraId="37E28A68" w14:textId="77777777" w:rsidR="00B424A6" w:rsidRDefault="00000000">
      <w:pPr>
        <w:spacing w:after="40"/>
        <w:ind w:left="113"/>
      </w:pPr>
      <w:r>
        <w:t>☐ Diploma Accademico di Secondo Livello (DASL).</w:t>
      </w:r>
    </w:p>
    <w:p w14:paraId="08E479CC" w14:textId="77777777" w:rsidR="00B424A6" w:rsidRDefault="00000000">
      <w:pPr>
        <w:spacing w:after="40"/>
        <w:ind w:left="113"/>
      </w:pPr>
      <w:r>
        <w:t>☐ Diploma di Conservatorio del previgente ordinamento, conseguito congiuntamente al diploma di istruzione secondaria superiore, equiparato al Diploma Accademico di Secondo Livello.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3402"/>
        <w:gridCol w:w="1134"/>
        <w:gridCol w:w="1701"/>
      </w:tblGrid>
      <w:tr w:rsidR="00B424A6" w14:paraId="5DF26D07" w14:textId="77777777">
        <w:trPr>
          <w:jc w:val="center"/>
        </w:trPr>
        <w:tc>
          <w:tcPr>
            <w:tcW w:w="3969" w:type="dxa"/>
            <w:vAlign w:val="center"/>
          </w:tcPr>
          <w:p w14:paraId="40213B8F" w14:textId="77777777" w:rsidR="00B424A6" w:rsidRDefault="00000000">
            <w:r>
              <w:rPr>
                <w:b/>
                <w:sz w:val="16"/>
              </w:rPr>
              <w:t>Titolo utilizzato per l’ammissione</w:t>
            </w:r>
          </w:p>
        </w:tc>
        <w:tc>
          <w:tcPr>
            <w:tcW w:w="3402" w:type="dxa"/>
            <w:vAlign w:val="center"/>
          </w:tcPr>
          <w:p w14:paraId="55F6BC7B" w14:textId="77777777" w:rsidR="00B424A6" w:rsidRDefault="00000000">
            <w:r>
              <w:rPr>
                <w:b/>
                <w:sz w:val="16"/>
              </w:rPr>
              <w:t>Istituzione che lo ha rilasciato</w:t>
            </w:r>
          </w:p>
        </w:tc>
        <w:tc>
          <w:tcPr>
            <w:tcW w:w="1134" w:type="dxa"/>
            <w:vAlign w:val="center"/>
          </w:tcPr>
          <w:p w14:paraId="75A9AB39" w14:textId="77777777" w:rsidR="00B424A6" w:rsidRDefault="00000000">
            <w:r>
              <w:rPr>
                <w:b/>
                <w:sz w:val="16"/>
              </w:rPr>
              <w:t>Anno</w:t>
            </w:r>
          </w:p>
        </w:tc>
        <w:tc>
          <w:tcPr>
            <w:tcW w:w="1701" w:type="dxa"/>
            <w:vAlign w:val="center"/>
          </w:tcPr>
          <w:p w14:paraId="091AA32B" w14:textId="77777777" w:rsidR="00B424A6" w:rsidRDefault="00000000">
            <w:r>
              <w:rPr>
                <w:b/>
                <w:sz w:val="16"/>
              </w:rPr>
              <w:t>Votazione</w:t>
            </w:r>
          </w:p>
        </w:tc>
      </w:tr>
      <w:tr w:rsidR="00B424A6" w14:paraId="2EA2A502" w14:textId="77777777">
        <w:trPr>
          <w:jc w:val="center"/>
        </w:trPr>
        <w:tc>
          <w:tcPr>
            <w:tcW w:w="3969" w:type="dxa"/>
            <w:vAlign w:val="center"/>
          </w:tcPr>
          <w:p w14:paraId="384D9F87" w14:textId="77777777" w:rsidR="00B424A6" w:rsidRDefault="00000000">
            <w:r>
              <w:br/>
            </w:r>
          </w:p>
        </w:tc>
        <w:tc>
          <w:tcPr>
            <w:tcW w:w="3402" w:type="dxa"/>
            <w:vAlign w:val="center"/>
          </w:tcPr>
          <w:p w14:paraId="14EDCCCC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01D65DEB" w14:textId="77777777" w:rsidR="00B424A6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17DDAF81" w14:textId="77777777" w:rsidR="00B424A6" w:rsidRDefault="00000000">
            <w:r>
              <w:br/>
            </w:r>
          </w:p>
        </w:tc>
      </w:tr>
    </w:tbl>
    <w:p w14:paraId="30A11099" w14:textId="77777777" w:rsidR="00B424A6" w:rsidRDefault="00000000">
      <w:pPr>
        <w:spacing w:after="40"/>
        <w:ind w:left="113"/>
      </w:pPr>
      <w:r>
        <w:t>☐ Se il titolo è stato conseguito all’estero e/o rilasciato da istituzioni di Stato: allego il riconoscimento dell’Autorità italiana richiesto dall’art. 5 del bando.</w:t>
      </w:r>
    </w:p>
    <w:p w14:paraId="2E069360" w14:textId="77777777" w:rsidR="00B424A6" w:rsidRDefault="00000000">
      <w:pPr>
        <w:pStyle w:val="Titolo1"/>
        <w:spacing w:before="140" w:after="60"/>
      </w:pPr>
      <w:r>
        <w:t>D) ALTRI TITOLI CULTURALI VALUTABILI - ART. 5 DEL BANDO</w:t>
      </w:r>
    </w:p>
    <w:p w14:paraId="4D50A2E4" w14:textId="77777777" w:rsidR="00B424A6" w:rsidRDefault="00000000">
      <w:r>
        <w:t>Indicare esclusivamente i titoli che si intendono sottoporre a valutazione. Il punteggio massimo previsto dal bando per gli altri titoli culturali è pari a 5 punti.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685"/>
        <w:gridCol w:w="3402"/>
        <w:gridCol w:w="2268"/>
        <w:gridCol w:w="1134"/>
      </w:tblGrid>
      <w:tr w:rsidR="00B424A6" w14:paraId="4A3B0974" w14:textId="77777777">
        <w:trPr>
          <w:jc w:val="center"/>
        </w:trPr>
        <w:tc>
          <w:tcPr>
            <w:tcW w:w="3685" w:type="dxa"/>
            <w:vAlign w:val="center"/>
          </w:tcPr>
          <w:p w14:paraId="2985D694" w14:textId="77777777" w:rsidR="00B424A6" w:rsidRDefault="00000000">
            <w:r>
              <w:rPr>
                <w:b/>
                <w:sz w:val="16"/>
              </w:rPr>
              <w:t>Tipologia prevista dal bando</w:t>
            </w:r>
          </w:p>
        </w:tc>
        <w:tc>
          <w:tcPr>
            <w:tcW w:w="3402" w:type="dxa"/>
            <w:vAlign w:val="center"/>
          </w:tcPr>
          <w:p w14:paraId="0E85A5C3" w14:textId="77777777" w:rsidR="00B424A6" w:rsidRDefault="00000000">
            <w:r>
              <w:rPr>
                <w:b/>
                <w:sz w:val="16"/>
              </w:rPr>
              <w:t>Titolo / abilitazione</w:t>
            </w:r>
          </w:p>
        </w:tc>
        <w:tc>
          <w:tcPr>
            <w:tcW w:w="2268" w:type="dxa"/>
            <w:vAlign w:val="center"/>
          </w:tcPr>
          <w:p w14:paraId="3834F3F2" w14:textId="77777777" w:rsidR="00B424A6" w:rsidRDefault="00000000">
            <w:r>
              <w:rPr>
                <w:b/>
                <w:sz w:val="16"/>
              </w:rPr>
              <w:t>Istituzione</w:t>
            </w:r>
          </w:p>
        </w:tc>
        <w:tc>
          <w:tcPr>
            <w:tcW w:w="1134" w:type="dxa"/>
            <w:vAlign w:val="center"/>
          </w:tcPr>
          <w:p w14:paraId="627F570A" w14:textId="77777777" w:rsidR="00B424A6" w:rsidRDefault="00000000">
            <w:r>
              <w:rPr>
                <w:b/>
                <w:sz w:val="16"/>
              </w:rPr>
              <w:t>Anno</w:t>
            </w:r>
          </w:p>
        </w:tc>
      </w:tr>
      <w:tr w:rsidR="00B424A6" w14:paraId="749052D3" w14:textId="77777777">
        <w:trPr>
          <w:jc w:val="center"/>
        </w:trPr>
        <w:tc>
          <w:tcPr>
            <w:tcW w:w="3685" w:type="dxa"/>
            <w:vAlign w:val="center"/>
          </w:tcPr>
          <w:p w14:paraId="55E6736B" w14:textId="77777777" w:rsidR="00B424A6" w:rsidRDefault="00000000">
            <w:r>
              <w:t>Diploma di Conservatorio V.O. o laurea di II livello ulteriore rispetto al titolo di ammissione (2 punti)</w:t>
            </w:r>
          </w:p>
        </w:tc>
        <w:tc>
          <w:tcPr>
            <w:tcW w:w="3402" w:type="dxa"/>
            <w:vAlign w:val="center"/>
          </w:tcPr>
          <w:p w14:paraId="04E6A644" w14:textId="77777777" w:rsidR="00B424A6" w:rsidRDefault="00000000">
            <w:r>
              <w:br/>
            </w:r>
          </w:p>
        </w:tc>
        <w:tc>
          <w:tcPr>
            <w:tcW w:w="2268" w:type="dxa"/>
            <w:vAlign w:val="center"/>
          </w:tcPr>
          <w:p w14:paraId="1F8542BE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565E23CD" w14:textId="77777777" w:rsidR="00B424A6" w:rsidRDefault="00000000">
            <w:r>
              <w:br/>
            </w:r>
          </w:p>
        </w:tc>
      </w:tr>
      <w:tr w:rsidR="00B424A6" w14:paraId="4F2E1563" w14:textId="77777777">
        <w:trPr>
          <w:jc w:val="center"/>
        </w:trPr>
        <w:tc>
          <w:tcPr>
            <w:tcW w:w="3685" w:type="dxa"/>
            <w:vAlign w:val="center"/>
          </w:tcPr>
          <w:p w14:paraId="5FC6634F" w14:textId="77777777" w:rsidR="00B424A6" w:rsidRDefault="00000000">
            <w:r>
              <w:t>Laurea diversa da quella afferente alle discipline musicali (2 punti)</w:t>
            </w:r>
          </w:p>
        </w:tc>
        <w:tc>
          <w:tcPr>
            <w:tcW w:w="3402" w:type="dxa"/>
            <w:vAlign w:val="center"/>
          </w:tcPr>
          <w:p w14:paraId="58DCB4E0" w14:textId="77777777" w:rsidR="00B424A6" w:rsidRDefault="00000000">
            <w:r>
              <w:br/>
            </w:r>
          </w:p>
        </w:tc>
        <w:tc>
          <w:tcPr>
            <w:tcW w:w="2268" w:type="dxa"/>
            <w:vAlign w:val="center"/>
          </w:tcPr>
          <w:p w14:paraId="2613D3C9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61B09AC3" w14:textId="77777777" w:rsidR="00B424A6" w:rsidRDefault="00000000">
            <w:r>
              <w:br/>
            </w:r>
          </w:p>
        </w:tc>
      </w:tr>
      <w:tr w:rsidR="00B424A6" w14:paraId="63C13A18" w14:textId="77777777">
        <w:trPr>
          <w:jc w:val="center"/>
        </w:trPr>
        <w:tc>
          <w:tcPr>
            <w:tcW w:w="3685" w:type="dxa"/>
            <w:vAlign w:val="center"/>
          </w:tcPr>
          <w:p w14:paraId="35F75C0B" w14:textId="77777777" w:rsidR="00B424A6" w:rsidRDefault="00000000">
            <w:r>
              <w:t>Abilitazione scuola pubblica A30 - A031 - A032 (1 punto)</w:t>
            </w:r>
          </w:p>
        </w:tc>
        <w:tc>
          <w:tcPr>
            <w:tcW w:w="3402" w:type="dxa"/>
            <w:vAlign w:val="center"/>
          </w:tcPr>
          <w:p w14:paraId="6D92ED1B" w14:textId="77777777" w:rsidR="00B424A6" w:rsidRDefault="00000000">
            <w:r>
              <w:br/>
            </w:r>
          </w:p>
        </w:tc>
        <w:tc>
          <w:tcPr>
            <w:tcW w:w="2268" w:type="dxa"/>
            <w:vAlign w:val="center"/>
          </w:tcPr>
          <w:p w14:paraId="389F2037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4BA3BE1D" w14:textId="77777777" w:rsidR="00B424A6" w:rsidRDefault="00000000">
            <w:r>
              <w:br/>
            </w:r>
          </w:p>
        </w:tc>
      </w:tr>
      <w:tr w:rsidR="00B424A6" w14:paraId="4F13A8BA" w14:textId="77777777">
        <w:trPr>
          <w:jc w:val="center"/>
        </w:trPr>
        <w:tc>
          <w:tcPr>
            <w:tcW w:w="3685" w:type="dxa"/>
            <w:vAlign w:val="center"/>
          </w:tcPr>
          <w:p w14:paraId="06DEA993" w14:textId="77777777" w:rsidR="00B424A6" w:rsidRDefault="00000000">
            <w:r>
              <w:t>Abilitazione scuola pubblica strumento musicale A56 - A77 (1 punto)</w:t>
            </w:r>
          </w:p>
        </w:tc>
        <w:tc>
          <w:tcPr>
            <w:tcW w:w="3402" w:type="dxa"/>
            <w:vAlign w:val="center"/>
          </w:tcPr>
          <w:p w14:paraId="271C33BC" w14:textId="77777777" w:rsidR="00B424A6" w:rsidRDefault="00000000">
            <w:r>
              <w:br/>
            </w:r>
          </w:p>
        </w:tc>
        <w:tc>
          <w:tcPr>
            <w:tcW w:w="2268" w:type="dxa"/>
            <w:vAlign w:val="center"/>
          </w:tcPr>
          <w:p w14:paraId="7FF98A23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23354E90" w14:textId="77777777" w:rsidR="00B424A6" w:rsidRDefault="00000000">
            <w:r>
              <w:br/>
            </w:r>
          </w:p>
        </w:tc>
      </w:tr>
    </w:tbl>
    <w:p w14:paraId="403CCD2C" w14:textId="77777777" w:rsidR="00B424A6" w:rsidRDefault="00000000">
      <w:pPr>
        <w:pStyle w:val="Titolo1"/>
        <w:spacing w:before="140" w:after="60"/>
      </w:pPr>
      <w:r>
        <w:t>E) TITOLI DI SERVIZIO VALUTABILI - ART. 5 DEL BANDO</w:t>
      </w:r>
    </w:p>
    <w:p w14:paraId="7797F682" w14:textId="77777777" w:rsidR="00B424A6" w:rsidRDefault="00000000">
      <w:r>
        <w:t xml:space="preserve">Indicare i servizi che si intendono sottoporre a valutazione. Il punteggio massimo complessivo per i titoli di servizio è pari a 35 punti. Non sono valutate esperienze di durata inferiore a 30 giorni. In caso di incarichi in sedi o scuole diverse nello stesso periodo, i mesi sono conteggiati più volte in relazione al numero di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svolte</w:t>
      </w:r>
      <w:proofErr w:type="spellEnd"/>
      <w:r>
        <w:t xml:space="preserve"> </w:t>
      </w:r>
      <w:proofErr w:type="spellStart"/>
      <w:r>
        <w:t>contemporaneamente</w:t>
      </w:r>
      <w:proofErr w:type="spellEnd"/>
      <w:r>
        <w:t>.</w:t>
      </w:r>
    </w:p>
    <w:p w14:paraId="1BD8DE27" w14:textId="5DD5D5EF" w:rsidR="00B424A6" w:rsidRDefault="00000000">
      <w:r>
        <w:rPr>
          <w:b/>
        </w:rPr>
        <w:t xml:space="preserve">1. Direzione in Conservatori o Istituti musicali pareggiati - 0,60 </w:t>
      </w:r>
      <w:proofErr w:type="spellStart"/>
      <w:r>
        <w:rPr>
          <w:b/>
        </w:rPr>
        <w:t>punti</w:t>
      </w:r>
      <w:proofErr w:type="spellEnd"/>
      <w:r>
        <w:rPr>
          <w:b/>
        </w:rPr>
        <w:t xml:space="preserve"> per mese</w:t>
      </w:r>
      <w:r w:rsidR="00306EE6">
        <w:rPr>
          <w:b/>
        </w:rPr>
        <w:t xml:space="preserve"> *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  <w:gridCol w:w="1814"/>
        <w:gridCol w:w="1814"/>
        <w:gridCol w:w="1134"/>
      </w:tblGrid>
      <w:tr w:rsidR="00B424A6" w14:paraId="7CEAEDCA" w14:textId="77777777">
        <w:trPr>
          <w:jc w:val="center"/>
        </w:trPr>
        <w:tc>
          <w:tcPr>
            <w:tcW w:w="3402" w:type="dxa"/>
            <w:vAlign w:val="center"/>
          </w:tcPr>
          <w:p w14:paraId="69CF3A7C" w14:textId="77777777" w:rsidR="00B424A6" w:rsidRDefault="00000000">
            <w:r>
              <w:rPr>
                <w:b/>
                <w:sz w:val="16"/>
              </w:rPr>
              <w:t>Ente / Istituzione</w:t>
            </w:r>
          </w:p>
        </w:tc>
        <w:tc>
          <w:tcPr>
            <w:tcW w:w="1984" w:type="dxa"/>
            <w:vAlign w:val="center"/>
          </w:tcPr>
          <w:p w14:paraId="4E03895A" w14:textId="77777777" w:rsidR="00B424A6" w:rsidRDefault="00000000">
            <w:r>
              <w:rPr>
                <w:b/>
                <w:sz w:val="16"/>
              </w:rPr>
              <w:t>Sede</w:t>
            </w:r>
          </w:p>
        </w:tc>
        <w:tc>
          <w:tcPr>
            <w:tcW w:w="1814" w:type="dxa"/>
            <w:vAlign w:val="center"/>
          </w:tcPr>
          <w:p w14:paraId="78B92785" w14:textId="77777777" w:rsidR="00B424A6" w:rsidRDefault="00000000">
            <w:r>
              <w:rPr>
                <w:b/>
                <w:sz w:val="16"/>
              </w:rPr>
              <w:t>Dal (gg/mm/aaaa)</w:t>
            </w:r>
          </w:p>
        </w:tc>
        <w:tc>
          <w:tcPr>
            <w:tcW w:w="1814" w:type="dxa"/>
            <w:vAlign w:val="center"/>
          </w:tcPr>
          <w:p w14:paraId="722E13BF" w14:textId="77777777" w:rsidR="00B424A6" w:rsidRDefault="00000000">
            <w:r>
              <w:rPr>
                <w:b/>
                <w:sz w:val="16"/>
              </w:rPr>
              <w:t>Al (gg/mm/aaaa)</w:t>
            </w:r>
          </w:p>
        </w:tc>
        <w:tc>
          <w:tcPr>
            <w:tcW w:w="1134" w:type="dxa"/>
            <w:vAlign w:val="center"/>
          </w:tcPr>
          <w:p w14:paraId="6CB87EF2" w14:textId="77777777" w:rsidR="00B424A6" w:rsidRDefault="00000000">
            <w:r>
              <w:rPr>
                <w:b/>
                <w:sz w:val="16"/>
              </w:rPr>
              <w:t>Mesi</w:t>
            </w:r>
          </w:p>
        </w:tc>
      </w:tr>
      <w:tr w:rsidR="00B424A6" w14:paraId="12F8C512" w14:textId="77777777">
        <w:trPr>
          <w:jc w:val="center"/>
        </w:trPr>
        <w:tc>
          <w:tcPr>
            <w:tcW w:w="3402" w:type="dxa"/>
            <w:vAlign w:val="center"/>
          </w:tcPr>
          <w:p w14:paraId="5BB16387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3F4429B4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3500BB4D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781E5BCD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3FB4B7B7" w14:textId="77777777" w:rsidR="00B424A6" w:rsidRDefault="00000000">
            <w:r>
              <w:br/>
            </w:r>
          </w:p>
        </w:tc>
      </w:tr>
      <w:tr w:rsidR="00B424A6" w14:paraId="7824612E" w14:textId="77777777">
        <w:trPr>
          <w:jc w:val="center"/>
        </w:trPr>
        <w:tc>
          <w:tcPr>
            <w:tcW w:w="3402" w:type="dxa"/>
            <w:vAlign w:val="center"/>
          </w:tcPr>
          <w:p w14:paraId="6CACF1FE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41CC8ECA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5F8EBC6A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01DF10F8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659AA121" w14:textId="77777777" w:rsidR="00B424A6" w:rsidRDefault="00000000">
            <w:r>
              <w:br/>
            </w:r>
          </w:p>
        </w:tc>
      </w:tr>
    </w:tbl>
    <w:p w14:paraId="26B10BA9" w14:textId="22A492F1" w:rsidR="00B424A6" w:rsidRDefault="00000000">
      <w:r>
        <w:rPr>
          <w:b/>
        </w:rPr>
        <w:t xml:space="preserve">2. Direzione presso scuole statali medie o superiori - 0,50 </w:t>
      </w:r>
      <w:proofErr w:type="spellStart"/>
      <w:r>
        <w:rPr>
          <w:b/>
        </w:rPr>
        <w:t>punti</w:t>
      </w:r>
      <w:proofErr w:type="spellEnd"/>
      <w:r>
        <w:rPr>
          <w:b/>
        </w:rPr>
        <w:t xml:space="preserve"> per mese</w:t>
      </w:r>
      <w:r w:rsidR="00306EE6">
        <w:rPr>
          <w:b/>
        </w:rPr>
        <w:t xml:space="preserve"> *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  <w:gridCol w:w="1814"/>
        <w:gridCol w:w="1814"/>
        <w:gridCol w:w="1134"/>
      </w:tblGrid>
      <w:tr w:rsidR="00B424A6" w14:paraId="1872F41E" w14:textId="77777777">
        <w:trPr>
          <w:jc w:val="center"/>
        </w:trPr>
        <w:tc>
          <w:tcPr>
            <w:tcW w:w="3402" w:type="dxa"/>
            <w:vAlign w:val="center"/>
          </w:tcPr>
          <w:p w14:paraId="71192616" w14:textId="77777777" w:rsidR="00B424A6" w:rsidRDefault="00000000">
            <w:r>
              <w:rPr>
                <w:b/>
                <w:sz w:val="16"/>
              </w:rPr>
              <w:t>Ente / Istituzione</w:t>
            </w:r>
          </w:p>
        </w:tc>
        <w:tc>
          <w:tcPr>
            <w:tcW w:w="1984" w:type="dxa"/>
            <w:vAlign w:val="center"/>
          </w:tcPr>
          <w:p w14:paraId="6CD71612" w14:textId="77777777" w:rsidR="00B424A6" w:rsidRDefault="00000000">
            <w:r>
              <w:rPr>
                <w:b/>
                <w:sz w:val="16"/>
              </w:rPr>
              <w:t>Sede</w:t>
            </w:r>
          </w:p>
        </w:tc>
        <w:tc>
          <w:tcPr>
            <w:tcW w:w="1814" w:type="dxa"/>
            <w:vAlign w:val="center"/>
          </w:tcPr>
          <w:p w14:paraId="1276A8F4" w14:textId="77777777" w:rsidR="00B424A6" w:rsidRDefault="00000000">
            <w:r>
              <w:rPr>
                <w:b/>
                <w:sz w:val="16"/>
              </w:rPr>
              <w:t>Dal (gg/mm/aaaa)</w:t>
            </w:r>
          </w:p>
        </w:tc>
        <w:tc>
          <w:tcPr>
            <w:tcW w:w="1814" w:type="dxa"/>
            <w:vAlign w:val="center"/>
          </w:tcPr>
          <w:p w14:paraId="6D3C4838" w14:textId="77777777" w:rsidR="00B424A6" w:rsidRDefault="00000000">
            <w:r>
              <w:rPr>
                <w:b/>
                <w:sz w:val="16"/>
              </w:rPr>
              <w:t>Al (gg/mm/aaaa)</w:t>
            </w:r>
          </w:p>
        </w:tc>
        <w:tc>
          <w:tcPr>
            <w:tcW w:w="1134" w:type="dxa"/>
            <w:vAlign w:val="center"/>
          </w:tcPr>
          <w:p w14:paraId="3CAB734C" w14:textId="77777777" w:rsidR="00B424A6" w:rsidRDefault="00000000">
            <w:r>
              <w:rPr>
                <w:b/>
                <w:sz w:val="16"/>
              </w:rPr>
              <w:t>Mesi</w:t>
            </w:r>
          </w:p>
        </w:tc>
      </w:tr>
      <w:tr w:rsidR="00B424A6" w14:paraId="26C225AD" w14:textId="77777777">
        <w:trPr>
          <w:jc w:val="center"/>
        </w:trPr>
        <w:tc>
          <w:tcPr>
            <w:tcW w:w="3402" w:type="dxa"/>
            <w:vAlign w:val="center"/>
          </w:tcPr>
          <w:p w14:paraId="0D0BDDA5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1B42C601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6BB2DDA4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47EDCF25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09308DF2" w14:textId="77777777" w:rsidR="00B424A6" w:rsidRDefault="00000000">
            <w:r>
              <w:br/>
            </w:r>
          </w:p>
        </w:tc>
      </w:tr>
      <w:tr w:rsidR="00B424A6" w14:paraId="6EB02A2D" w14:textId="77777777">
        <w:trPr>
          <w:jc w:val="center"/>
        </w:trPr>
        <w:tc>
          <w:tcPr>
            <w:tcW w:w="3402" w:type="dxa"/>
            <w:vAlign w:val="center"/>
          </w:tcPr>
          <w:p w14:paraId="012C307F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174D3907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08918090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50FDCA13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333E0E1C" w14:textId="77777777" w:rsidR="00B424A6" w:rsidRDefault="00000000">
            <w:r>
              <w:br/>
            </w:r>
          </w:p>
        </w:tc>
      </w:tr>
    </w:tbl>
    <w:p w14:paraId="774EF0AA" w14:textId="1F74389B" w:rsidR="00B424A6" w:rsidRDefault="00000000">
      <w:r>
        <w:rPr>
          <w:b/>
        </w:rPr>
        <w:t xml:space="preserve">3. Direzione presso Scuole Civiche di Musica - 0,40 </w:t>
      </w:r>
      <w:proofErr w:type="spellStart"/>
      <w:r>
        <w:rPr>
          <w:b/>
        </w:rPr>
        <w:t>punti</w:t>
      </w:r>
      <w:proofErr w:type="spellEnd"/>
      <w:r>
        <w:rPr>
          <w:b/>
        </w:rPr>
        <w:t xml:space="preserve"> per mese</w:t>
      </w:r>
      <w:r w:rsidR="00306EE6">
        <w:rPr>
          <w:b/>
        </w:rPr>
        <w:t xml:space="preserve"> *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  <w:gridCol w:w="1814"/>
        <w:gridCol w:w="1814"/>
        <w:gridCol w:w="1134"/>
      </w:tblGrid>
      <w:tr w:rsidR="00B424A6" w14:paraId="0A159F8D" w14:textId="77777777">
        <w:trPr>
          <w:jc w:val="center"/>
        </w:trPr>
        <w:tc>
          <w:tcPr>
            <w:tcW w:w="3402" w:type="dxa"/>
            <w:vAlign w:val="center"/>
          </w:tcPr>
          <w:p w14:paraId="2A738E63" w14:textId="77777777" w:rsidR="00B424A6" w:rsidRDefault="00000000">
            <w:r>
              <w:rPr>
                <w:b/>
                <w:sz w:val="16"/>
              </w:rPr>
              <w:t>Ente / Istituzione</w:t>
            </w:r>
          </w:p>
        </w:tc>
        <w:tc>
          <w:tcPr>
            <w:tcW w:w="1984" w:type="dxa"/>
            <w:vAlign w:val="center"/>
          </w:tcPr>
          <w:p w14:paraId="2E2A43B5" w14:textId="77777777" w:rsidR="00B424A6" w:rsidRDefault="00000000">
            <w:r>
              <w:rPr>
                <w:b/>
                <w:sz w:val="16"/>
              </w:rPr>
              <w:t>Sede</w:t>
            </w:r>
          </w:p>
        </w:tc>
        <w:tc>
          <w:tcPr>
            <w:tcW w:w="1814" w:type="dxa"/>
            <w:vAlign w:val="center"/>
          </w:tcPr>
          <w:p w14:paraId="26744521" w14:textId="77777777" w:rsidR="00B424A6" w:rsidRDefault="00000000">
            <w:r>
              <w:rPr>
                <w:b/>
                <w:sz w:val="16"/>
              </w:rPr>
              <w:t>Dal (gg/mm/aaaa)</w:t>
            </w:r>
          </w:p>
        </w:tc>
        <w:tc>
          <w:tcPr>
            <w:tcW w:w="1814" w:type="dxa"/>
            <w:vAlign w:val="center"/>
          </w:tcPr>
          <w:p w14:paraId="558CDCAD" w14:textId="77777777" w:rsidR="00B424A6" w:rsidRDefault="00000000">
            <w:r>
              <w:rPr>
                <w:b/>
                <w:sz w:val="16"/>
              </w:rPr>
              <w:t>Al (gg/mm/aaaa)</w:t>
            </w:r>
          </w:p>
        </w:tc>
        <w:tc>
          <w:tcPr>
            <w:tcW w:w="1134" w:type="dxa"/>
            <w:vAlign w:val="center"/>
          </w:tcPr>
          <w:p w14:paraId="17FAC2F3" w14:textId="77777777" w:rsidR="00B424A6" w:rsidRDefault="00000000">
            <w:r>
              <w:rPr>
                <w:b/>
                <w:sz w:val="16"/>
              </w:rPr>
              <w:t>Mesi</w:t>
            </w:r>
          </w:p>
        </w:tc>
      </w:tr>
      <w:tr w:rsidR="00B424A6" w14:paraId="48817440" w14:textId="77777777">
        <w:trPr>
          <w:jc w:val="center"/>
        </w:trPr>
        <w:tc>
          <w:tcPr>
            <w:tcW w:w="3402" w:type="dxa"/>
            <w:vAlign w:val="center"/>
          </w:tcPr>
          <w:p w14:paraId="7A968B55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7C6C3509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5E3B8F88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2DFE3896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0CCDA6B7" w14:textId="77777777" w:rsidR="00B424A6" w:rsidRDefault="00000000">
            <w:r>
              <w:br/>
            </w:r>
          </w:p>
        </w:tc>
      </w:tr>
      <w:tr w:rsidR="00B424A6" w14:paraId="28E5E226" w14:textId="77777777">
        <w:trPr>
          <w:jc w:val="center"/>
        </w:trPr>
        <w:tc>
          <w:tcPr>
            <w:tcW w:w="3402" w:type="dxa"/>
            <w:vAlign w:val="center"/>
          </w:tcPr>
          <w:p w14:paraId="295596D0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5387820D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10951A6C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432351B7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3D02A0F6" w14:textId="77777777" w:rsidR="00B424A6" w:rsidRDefault="00000000">
            <w:r>
              <w:br/>
            </w:r>
          </w:p>
        </w:tc>
      </w:tr>
    </w:tbl>
    <w:p w14:paraId="16218B0C" w14:textId="48AC4C4E" w:rsidR="00B424A6" w:rsidRDefault="00000000">
      <w:r>
        <w:rPr>
          <w:b/>
        </w:rPr>
        <w:t xml:space="preserve">4. Docenza in Conservatori o Istituti musicali pareggiati - 0,30 </w:t>
      </w:r>
      <w:proofErr w:type="spellStart"/>
      <w:r>
        <w:rPr>
          <w:b/>
        </w:rPr>
        <w:t>punti</w:t>
      </w:r>
      <w:proofErr w:type="spellEnd"/>
      <w:r>
        <w:rPr>
          <w:b/>
        </w:rPr>
        <w:t xml:space="preserve"> per mese</w:t>
      </w:r>
      <w:r w:rsidR="00306EE6">
        <w:rPr>
          <w:b/>
        </w:rPr>
        <w:t xml:space="preserve"> *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  <w:gridCol w:w="1814"/>
        <w:gridCol w:w="1814"/>
        <w:gridCol w:w="1134"/>
      </w:tblGrid>
      <w:tr w:rsidR="00B424A6" w14:paraId="76EB386A" w14:textId="77777777">
        <w:trPr>
          <w:jc w:val="center"/>
        </w:trPr>
        <w:tc>
          <w:tcPr>
            <w:tcW w:w="3402" w:type="dxa"/>
            <w:vAlign w:val="center"/>
          </w:tcPr>
          <w:p w14:paraId="1FE00A87" w14:textId="77777777" w:rsidR="00B424A6" w:rsidRDefault="00000000">
            <w:r>
              <w:rPr>
                <w:b/>
                <w:sz w:val="16"/>
              </w:rPr>
              <w:t>Ente / Istituzione</w:t>
            </w:r>
          </w:p>
        </w:tc>
        <w:tc>
          <w:tcPr>
            <w:tcW w:w="1984" w:type="dxa"/>
            <w:vAlign w:val="center"/>
          </w:tcPr>
          <w:p w14:paraId="7100953D" w14:textId="77777777" w:rsidR="00B424A6" w:rsidRDefault="00000000">
            <w:r>
              <w:rPr>
                <w:b/>
                <w:sz w:val="16"/>
              </w:rPr>
              <w:t>Sede</w:t>
            </w:r>
          </w:p>
        </w:tc>
        <w:tc>
          <w:tcPr>
            <w:tcW w:w="1814" w:type="dxa"/>
            <w:vAlign w:val="center"/>
          </w:tcPr>
          <w:p w14:paraId="3E6A27D7" w14:textId="77777777" w:rsidR="00B424A6" w:rsidRDefault="00000000">
            <w:r>
              <w:rPr>
                <w:b/>
                <w:sz w:val="16"/>
              </w:rPr>
              <w:t>Dal (gg/mm/aaaa)</w:t>
            </w:r>
          </w:p>
        </w:tc>
        <w:tc>
          <w:tcPr>
            <w:tcW w:w="1814" w:type="dxa"/>
            <w:vAlign w:val="center"/>
          </w:tcPr>
          <w:p w14:paraId="0987457D" w14:textId="77777777" w:rsidR="00B424A6" w:rsidRDefault="00000000">
            <w:r>
              <w:rPr>
                <w:b/>
                <w:sz w:val="16"/>
              </w:rPr>
              <w:t>Al (gg/mm/aaaa)</w:t>
            </w:r>
          </w:p>
        </w:tc>
        <w:tc>
          <w:tcPr>
            <w:tcW w:w="1134" w:type="dxa"/>
            <w:vAlign w:val="center"/>
          </w:tcPr>
          <w:p w14:paraId="258192D8" w14:textId="77777777" w:rsidR="00B424A6" w:rsidRDefault="00000000">
            <w:r>
              <w:rPr>
                <w:b/>
                <w:sz w:val="16"/>
              </w:rPr>
              <w:t>Mesi</w:t>
            </w:r>
          </w:p>
        </w:tc>
      </w:tr>
      <w:tr w:rsidR="00B424A6" w14:paraId="5F049D92" w14:textId="77777777">
        <w:trPr>
          <w:jc w:val="center"/>
        </w:trPr>
        <w:tc>
          <w:tcPr>
            <w:tcW w:w="3402" w:type="dxa"/>
            <w:vAlign w:val="center"/>
          </w:tcPr>
          <w:p w14:paraId="38E03371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0C225656" w14:textId="77777777" w:rsidR="00B424A6" w:rsidRDefault="00000000">
            <w:r>
              <w:lastRenderedPageBreak/>
              <w:br/>
            </w:r>
          </w:p>
        </w:tc>
        <w:tc>
          <w:tcPr>
            <w:tcW w:w="1814" w:type="dxa"/>
            <w:vAlign w:val="center"/>
          </w:tcPr>
          <w:p w14:paraId="1C56E461" w14:textId="77777777" w:rsidR="00B424A6" w:rsidRDefault="00000000">
            <w:r>
              <w:lastRenderedPageBreak/>
              <w:br/>
            </w:r>
          </w:p>
        </w:tc>
        <w:tc>
          <w:tcPr>
            <w:tcW w:w="1814" w:type="dxa"/>
            <w:vAlign w:val="center"/>
          </w:tcPr>
          <w:p w14:paraId="4C842D7C" w14:textId="77777777" w:rsidR="00B424A6" w:rsidRDefault="00000000">
            <w:r>
              <w:lastRenderedPageBreak/>
              <w:br/>
            </w:r>
          </w:p>
        </w:tc>
        <w:tc>
          <w:tcPr>
            <w:tcW w:w="1134" w:type="dxa"/>
            <w:vAlign w:val="center"/>
          </w:tcPr>
          <w:p w14:paraId="05D1DC7F" w14:textId="77777777" w:rsidR="00B424A6" w:rsidRDefault="00000000">
            <w:r>
              <w:lastRenderedPageBreak/>
              <w:br/>
            </w:r>
          </w:p>
        </w:tc>
      </w:tr>
      <w:tr w:rsidR="00B424A6" w14:paraId="7F2B61E0" w14:textId="77777777">
        <w:trPr>
          <w:jc w:val="center"/>
        </w:trPr>
        <w:tc>
          <w:tcPr>
            <w:tcW w:w="3402" w:type="dxa"/>
            <w:vAlign w:val="center"/>
          </w:tcPr>
          <w:p w14:paraId="4F1DD509" w14:textId="77777777" w:rsidR="00B424A6" w:rsidRDefault="00000000">
            <w:r>
              <w:lastRenderedPageBreak/>
              <w:br/>
            </w:r>
          </w:p>
        </w:tc>
        <w:tc>
          <w:tcPr>
            <w:tcW w:w="1984" w:type="dxa"/>
            <w:vAlign w:val="center"/>
          </w:tcPr>
          <w:p w14:paraId="4682A2CB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1CAC2E80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1480956E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23F167E4" w14:textId="77777777" w:rsidR="00B424A6" w:rsidRDefault="00000000">
            <w:r>
              <w:br/>
            </w:r>
          </w:p>
        </w:tc>
      </w:tr>
    </w:tbl>
    <w:p w14:paraId="3E56DC97" w14:textId="72F65EBD" w:rsidR="00B424A6" w:rsidRDefault="00000000">
      <w:r>
        <w:rPr>
          <w:b/>
        </w:rPr>
        <w:t xml:space="preserve">5. Docenza in scuole medie/superiori statali o parificate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indirizzo musicale o presso Scuole Civiche di Musica - 0,20 </w:t>
      </w:r>
      <w:proofErr w:type="spellStart"/>
      <w:r>
        <w:rPr>
          <w:b/>
        </w:rPr>
        <w:t>punti</w:t>
      </w:r>
      <w:proofErr w:type="spellEnd"/>
      <w:r>
        <w:rPr>
          <w:b/>
        </w:rPr>
        <w:t xml:space="preserve"> per mese</w:t>
      </w:r>
      <w:r w:rsidR="00306EE6">
        <w:rPr>
          <w:b/>
        </w:rPr>
        <w:t xml:space="preserve"> *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  <w:gridCol w:w="1814"/>
        <w:gridCol w:w="1814"/>
        <w:gridCol w:w="1134"/>
      </w:tblGrid>
      <w:tr w:rsidR="00B424A6" w14:paraId="637B1B57" w14:textId="77777777">
        <w:trPr>
          <w:jc w:val="center"/>
        </w:trPr>
        <w:tc>
          <w:tcPr>
            <w:tcW w:w="3402" w:type="dxa"/>
            <w:vAlign w:val="center"/>
          </w:tcPr>
          <w:p w14:paraId="25595D41" w14:textId="77777777" w:rsidR="00B424A6" w:rsidRDefault="00000000">
            <w:r>
              <w:rPr>
                <w:b/>
                <w:sz w:val="16"/>
              </w:rPr>
              <w:t>Ente / Istituzione</w:t>
            </w:r>
          </w:p>
        </w:tc>
        <w:tc>
          <w:tcPr>
            <w:tcW w:w="1984" w:type="dxa"/>
            <w:vAlign w:val="center"/>
          </w:tcPr>
          <w:p w14:paraId="705B5CA1" w14:textId="77777777" w:rsidR="00B424A6" w:rsidRDefault="00000000">
            <w:r>
              <w:rPr>
                <w:b/>
                <w:sz w:val="16"/>
              </w:rPr>
              <w:t>Sede</w:t>
            </w:r>
          </w:p>
        </w:tc>
        <w:tc>
          <w:tcPr>
            <w:tcW w:w="1814" w:type="dxa"/>
            <w:vAlign w:val="center"/>
          </w:tcPr>
          <w:p w14:paraId="7BFD7A68" w14:textId="77777777" w:rsidR="00B424A6" w:rsidRDefault="00000000">
            <w:r>
              <w:rPr>
                <w:b/>
                <w:sz w:val="16"/>
              </w:rPr>
              <w:t>Dal (gg/mm/aaaa)</w:t>
            </w:r>
          </w:p>
        </w:tc>
        <w:tc>
          <w:tcPr>
            <w:tcW w:w="1814" w:type="dxa"/>
            <w:vAlign w:val="center"/>
          </w:tcPr>
          <w:p w14:paraId="464DD39A" w14:textId="77777777" w:rsidR="00B424A6" w:rsidRDefault="00000000">
            <w:r>
              <w:rPr>
                <w:b/>
                <w:sz w:val="16"/>
              </w:rPr>
              <w:t>Al (gg/mm/aaaa)</w:t>
            </w:r>
          </w:p>
        </w:tc>
        <w:tc>
          <w:tcPr>
            <w:tcW w:w="1134" w:type="dxa"/>
            <w:vAlign w:val="center"/>
          </w:tcPr>
          <w:p w14:paraId="32BBA379" w14:textId="77777777" w:rsidR="00B424A6" w:rsidRDefault="00000000">
            <w:r>
              <w:rPr>
                <w:b/>
                <w:sz w:val="16"/>
              </w:rPr>
              <w:t>Mesi</w:t>
            </w:r>
          </w:p>
        </w:tc>
      </w:tr>
      <w:tr w:rsidR="00B424A6" w14:paraId="62071795" w14:textId="77777777">
        <w:trPr>
          <w:jc w:val="center"/>
        </w:trPr>
        <w:tc>
          <w:tcPr>
            <w:tcW w:w="3402" w:type="dxa"/>
            <w:vAlign w:val="center"/>
          </w:tcPr>
          <w:p w14:paraId="04D4D644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742C9344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6D1A8A1E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2E3188D3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3D5ADE18" w14:textId="77777777" w:rsidR="00B424A6" w:rsidRDefault="00000000">
            <w:r>
              <w:br/>
            </w:r>
          </w:p>
        </w:tc>
      </w:tr>
      <w:tr w:rsidR="00B424A6" w14:paraId="78B5DC46" w14:textId="77777777">
        <w:trPr>
          <w:jc w:val="center"/>
        </w:trPr>
        <w:tc>
          <w:tcPr>
            <w:tcW w:w="3402" w:type="dxa"/>
            <w:vAlign w:val="center"/>
          </w:tcPr>
          <w:p w14:paraId="4520994D" w14:textId="77777777" w:rsidR="00B424A6" w:rsidRDefault="00000000">
            <w:r>
              <w:br/>
            </w:r>
          </w:p>
        </w:tc>
        <w:tc>
          <w:tcPr>
            <w:tcW w:w="1984" w:type="dxa"/>
            <w:vAlign w:val="center"/>
          </w:tcPr>
          <w:p w14:paraId="0EA60793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127D5BC3" w14:textId="77777777" w:rsidR="00B424A6" w:rsidRDefault="00000000">
            <w:r>
              <w:br/>
            </w:r>
          </w:p>
        </w:tc>
        <w:tc>
          <w:tcPr>
            <w:tcW w:w="1814" w:type="dxa"/>
            <w:vAlign w:val="center"/>
          </w:tcPr>
          <w:p w14:paraId="6E35F4A5" w14:textId="77777777" w:rsidR="00B424A6" w:rsidRDefault="00000000">
            <w:r>
              <w:br/>
            </w:r>
          </w:p>
        </w:tc>
        <w:tc>
          <w:tcPr>
            <w:tcW w:w="1134" w:type="dxa"/>
            <w:vAlign w:val="center"/>
          </w:tcPr>
          <w:p w14:paraId="26F74F9C" w14:textId="77777777" w:rsidR="00B424A6" w:rsidRDefault="00000000">
            <w:r>
              <w:br/>
            </w:r>
          </w:p>
        </w:tc>
      </w:tr>
    </w:tbl>
    <w:p w14:paraId="6D39CCB0" w14:textId="77777777" w:rsidR="00306EE6" w:rsidRDefault="00306EE6" w:rsidP="00306EE6">
      <w:r>
        <w:t xml:space="preserve">* </w:t>
      </w:r>
      <w:proofErr w:type="spellStart"/>
      <w:proofErr w:type="gramStart"/>
      <w:r>
        <w:t>necessario</w:t>
      </w:r>
      <w:proofErr w:type="spellEnd"/>
      <w:proofErr w:type="gramEnd"/>
      <w:r>
        <w:t xml:space="preserve">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righe</w:t>
      </w:r>
      <w:proofErr w:type="spellEnd"/>
    </w:p>
    <w:p w14:paraId="4D345F53" w14:textId="77777777" w:rsidR="00306EE6" w:rsidRDefault="00306EE6">
      <w:pPr>
        <w:pStyle w:val="Titolo1"/>
        <w:spacing w:before="140" w:after="60"/>
      </w:pPr>
    </w:p>
    <w:p w14:paraId="73D06A01" w14:textId="103E9DB2" w:rsidR="00B424A6" w:rsidRDefault="00000000">
      <w:pPr>
        <w:pStyle w:val="Titolo1"/>
        <w:spacing w:before="140" w:after="60"/>
      </w:pPr>
      <w:r>
        <w:t>F) ASSENZA DI CAUSE DI ESCLUSIONE E DI INCOMPATIBILITÀ</w:t>
      </w:r>
    </w:p>
    <w:p w14:paraId="1D7F9CE1" w14:textId="77777777" w:rsidR="00B424A6" w:rsidRDefault="00000000">
      <w:pPr>
        <w:spacing w:after="40"/>
        <w:ind w:left="113"/>
      </w:pPr>
      <w:r>
        <w:t>☐ di non trovarsi in cause di esclusione previste dal bando;</w:t>
      </w:r>
    </w:p>
    <w:p w14:paraId="43B22899" w14:textId="77777777" w:rsidR="00B424A6" w:rsidRDefault="00000000">
      <w:pPr>
        <w:spacing w:after="40"/>
        <w:ind w:left="113"/>
      </w:pPr>
      <w:r>
        <w:t>☐ di non ricoprire, alla data di presentazione della domanda, incarichi di Direzione presso altre Scuole Civiche di Musica, salvo diverse disposizioni della RAS.</w:t>
      </w:r>
    </w:p>
    <w:p w14:paraId="24CC4CA7" w14:textId="77777777" w:rsidR="00B424A6" w:rsidRDefault="00000000">
      <w:pPr>
        <w:pStyle w:val="Titolo1"/>
        <w:spacing w:before="140" w:after="60"/>
      </w:pPr>
      <w:r>
        <w:t>G) ALLEGATI</w:t>
      </w:r>
    </w:p>
    <w:p w14:paraId="4CA558B1" w14:textId="77777777" w:rsidR="00B424A6" w:rsidRDefault="00000000">
      <w:pPr>
        <w:spacing w:after="40"/>
        <w:ind w:left="113"/>
      </w:pPr>
      <w:r>
        <w:t>☐ Curriculum Vitae, preferibilmente in formato europeo, datato e firmato, attestante le esperienze di servizio, professionali e artistiche ritenute utili ai fini della valutazione in fase di colloquio.</w:t>
      </w:r>
    </w:p>
    <w:p w14:paraId="7E4856B6" w14:textId="77777777" w:rsidR="00B424A6" w:rsidRDefault="00000000">
      <w:pPr>
        <w:spacing w:after="40"/>
        <w:ind w:left="113"/>
      </w:pPr>
      <w:r>
        <w:t>☐ Eventuale riconoscimento dell’Autorità italiana del titolo conseguito all’estero e/o rilasciato da istituzioni di Stato, ove ricorra il caso.</w:t>
      </w:r>
    </w:p>
    <w:p w14:paraId="38339135" w14:textId="77777777" w:rsidR="00B424A6" w:rsidRDefault="00000000">
      <w:pPr>
        <w:spacing w:before="160"/>
      </w:pPr>
      <w:r>
        <w:rPr>
          <w:b/>
        </w:rPr>
        <w:t>Il/La sottoscritto/a dichiara che quanto riportato nella presente domanda corrisponde al vero ed è consapevole delle responsabilità e delle conseguenze previste in caso di dichiarazioni non veritiere.</w:t>
      </w:r>
    </w:p>
    <w:p w14:paraId="2D56794B" w14:textId="69ACC647" w:rsidR="00B424A6" w:rsidRDefault="00000000">
      <w:proofErr w:type="spellStart"/>
      <w:r>
        <w:t>Luogo</w:t>
      </w:r>
      <w:proofErr w:type="spellEnd"/>
      <w:r>
        <w:t xml:space="preserve"> ______________________________   Data ______________________________</w:t>
      </w:r>
    </w:p>
    <w:p w14:paraId="314489B0" w14:textId="77777777" w:rsidR="00306EE6" w:rsidRDefault="00306EE6"/>
    <w:p w14:paraId="69780052" w14:textId="77777777" w:rsidR="00B424A6" w:rsidRDefault="00000000">
      <w:pPr>
        <w:jc w:val="right"/>
      </w:pPr>
      <w:r>
        <w:t>Firma autografa per esteso / Firma digitale</w:t>
      </w:r>
      <w:r>
        <w:br/>
        <w:t>____________________________________________</w:t>
      </w:r>
    </w:p>
    <w:sectPr w:rsidR="00B424A6" w:rsidSect="00034616">
      <w:footerReference w:type="default" r:id="rId9"/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95852A" w14:textId="77777777" w:rsidR="00430C78" w:rsidRDefault="00430C78">
      <w:pPr>
        <w:spacing w:after="0" w:line="240" w:lineRule="auto"/>
      </w:pPr>
      <w:r>
        <w:separator/>
      </w:r>
    </w:p>
  </w:endnote>
  <w:endnote w:type="continuationSeparator" w:id="0">
    <w:p w14:paraId="678CEC1C" w14:textId="77777777" w:rsidR="00430C78" w:rsidRDefault="00430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B8BF8" w14:textId="77777777" w:rsidR="00B424A6" w:rsidRDefault="00000000">
    <w:pPr>
      <w:pStyle w:val="Pidipagina"/>
      <w:jc w:val="center"/>
    </w:pPr>
    <w:r>
      <w:rPr>
        <w:sz w:val="14"/>
      </w:rPr>
      <w:t xml:space="preserve">Doc Educational Coop. Sociale - Via L. Pirandello, 31 - 37138 Verona - C.F. e P.IVA 04274450230 - REA VR-406943 - Albo Coop. C103131 - Albo cooperative </w:t>
    </w:r>
    <w:proofErr w:type="spellStart"/>
    <w:r>
      <w:rPr>
        <w:sz w:val="14"/>
      </w:rPr>
      <w:t>sociali</w:t>
    </w:r>
    <w:proofErr w:type="spellEnd"/>
    <w:r>
      <w:rPr>
        <w:sz w:val="14"/>
      </w:rPr>
      <w:t xml:space="preserve"> AVR0216 - doceducational.it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DCDD2E" w14:textId="77777777" w:rsidR="00430C78" w:rsidRDefault="00430C78">
      <w:pPr>
        <w:spacing w:after="0" w:line="240" w:lineRule="auto"/>
      </w:pPr>
      <w:r>
        <w:separator/>
      </w:r>
    </w:p>
  </w:footnote>
  <w:footnote w:type="continuationSeparator" w:id="0">
    <w:p w14:paraId="299DC9B9" w14:textId="77777777" w:rsidR="00430C78" w:rsidRDefault="00430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3120291">
    <w:abstractNumId w:val="8"/>
  </w:num>
  <w:num w:numId="2" w16cid:durableId="1246111777">
    <w:abstractNumId w:val="6"/>
  </w:num>
  <w:num w:numId="3" w16cid:durableId="417560177">
    <w:abstractNumId w:val="5"/>
  </w:num>
  <w:num w:numId="4" w16cid:durableId="1052196375">
    <w:abstractNumId w:val="4"/>
  </w:num>
  <w:num w:numId="5" w16cid:durableId="34045603">
    <w:abstractNumId w:val="7"/>
  </w:num>
  <w:num w:numId="6" w16cid:durableId="1632859652">
    <w:abstractNumId w:val="3"/>
  </w:num>
  <w:num w:numId="7" w16cid:durableId="1979217988">
    <w:abstractNumId w:val="2"/>
  </w:num>
  <w:num w:numId="8" w16cid:durableId="728380589">
    <w:abstractNumId w:val="1"/>
  </w:num>
  <w:num w:numId="9" w16cid:durableId="1269508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6EE6"/>
    <w:rsid w:val="00326F90"/>
    <w:rsid w:val="00430C78"/>
    <w:rsid w:val="00775A96"/>
    <w:rsid w:val="00AA1D8D"/>
    <w:rsid w:val="00B424A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DDE3F"/>
  <w14:defaultImageDpi w14:val="300"/>
  <w15:docId w15:val="{7B2631E0-57D1-D14E-862D-82BDFED1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851</Words>
  <Characters>5163</Characters>
  <Application>Microsoft Office Word</Application>
  <DocSecurity>0</DocSecurity>
  <Lines>271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Carai</dc:creator>
  <cp:keywords/>
  <dc:description>generated by python-docx</dc:description>
  <cp:lastModifiedBy>Franca Carai</cp:lastModifiedBy>
  <cp:revision>2</cp:revision>
  <dcterms:created xsi:type="dcterms:W3CDTF">2026-10-04T07:32:00Z</dcterms:created>
  <dcterms:modified xsi:type="dcterms:W3CDTF">2026-10-04T07:38:00Z</dcterms:modified>
  <cp:category/>
</cp:coreProperties>
</file>